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נרדפות ומילים הפוכות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להשלים משפטים עם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ומיון של זוגות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גלגל המילים - מצאו את המילה הנרדפת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ענק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נרדפת או הפך?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משמעות הפוכה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שתי המילים דומות במשמעות, הן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יום ולילה הם הפכים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משחק ההתאמה - מצאו את בן הזוג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(נמוך)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(סגור)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(חושך)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(עצוב)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שמח-מאושר, גדול-ענק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כמו זעיר/קטנטן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נרדפת=דומה במשמעות, הפך=הפוכה במשמעות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בעל פה לפני מילוי הדף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בזוגות את חלק ההתאמה לפני העבודה האישית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מילים נרדפות (מילים בעלות משמעות דומה) ומילים הפכים (מילים בעלות משמעות הפוכה), באמצעות משחקים כמו זיכרון, התאמה והשלמת משפטים.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לילה  ·  אור  ·  מהר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גלגל המילים - מצאו את המילה הנרדפת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מילה נרדפת למילה 'שמח'?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כועס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מילה נרדפת למילה 'גדול'?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נמוך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נרדפת או הפך?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המילים 'גדול' ו'קטן' הן מילים הפכים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המילים 'שמח' ו'עליז' הן מילים הפכים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המילים 'יום' ו'לילה'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משחק ההתאמה - מצאו את בן הזוג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גבוה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סגור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פתוח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נמוך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עצוב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חושך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החדר היה חשוך לגמרי, אז הדלקנו 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הכלב רץ __________ מאוד ועבר את כולם במרוץ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בבוקר יוצאת השמש וב__________ היא שוקעת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שני זוגות של מילים נרדפות שלא הופיעו בדף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למילה נרדפת למילה 'קטן'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להפך של המילה 'יום'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נרדפות והפכים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