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ומיון של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גלגל המילים - מצאו את המילה הנרדפת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שתי המילים דומות במשמעות, הן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יום ולילה הם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משמעות הפוכה של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חם וקר הם הפכים, לא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משחק ההתאמה - מצאו את בן הזוג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שמח-מאושר, גדול-ענק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חם-קר, גבוה-נמוך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מהר - נרדפת: זריז, הפך: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זעיר/קטנטן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נרדפת=דומה במשמעות, הפך=הפוכה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בעל פה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 את חלק ההתאמה לפני העבודה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על מילים שדומות במשמעות שלהן, ועל מילים שהפוכות זו מזו. נשחק ונתרגל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כמעט אותה משמעות כמו 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שהמשמעות שלה הפוכה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שקשורות זו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דברים לפי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שני דברים ששייכים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שמביעה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זה בלי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גלגל המילים - מצאו את המילה הנרדפת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מילה שדומה במשמעות ל'שמח'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מילה שדומה במשמעות ל'גדול'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מילה שדומה במשמעות ל'יפה'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מילה שדומה במשמעות ל'מהיר'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מילה שדומה במשמעות ל'חכם'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'יום' ו'לילה'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'מהר' ו'לאט'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משחק ההתאמה - מצאו את בן הזוג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החדר היה חשוך לגמרי, אז הדלקנו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רץ __________ מאוד ועבר את כולם במרוץ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בבוקר יוצאת השמש וב__________ היא שוקעת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הדלת הייתה __________ אז לא יכולנו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הגשם השמיים נהיו __________ ונקיים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זוגות של מילים נרדפות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זוגות של מילים הפכים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אחת וכתבו לה גם נרדפת וגם הפך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להפך של המילה 'יום'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מילה נרדפת למילה הפוכה?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