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ומילים הפוכות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ומיון של זוגות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גלגל המילים - מצאו את המילה הנרדפת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זריז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נרדפת או הפך?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שתי המילים דומות במשמעות, הן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יום ולילה הם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משמעות הפוכה של 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חם וקר הם הפכים, לא נרדפות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משחק ההתאמה - מצאו את בן הזוג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(נמוך)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(קטן)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בהירים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שמח-מאושר, גדול-ענק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חם-קר, גבוה-נמוך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מהר - נרדפת: זריז, הפך: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זעיר/קטנטן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נרדפת=דומה במשמעות, הפך=הפוכה 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בעל פה לפני מילוי הדף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בזוגות את חלק ההתאמה לפני העבודה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נרדפות (מילים בעלות משמעות דומה) ומילים הפכים (מילים בעלות משמעות הפוכה), באמצעות משחקים כמו זיכרון, התאמה והשלמת משפטים.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גלגל המילים - מצאו את המילה הנרדפת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נרדפת למילה 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נרדפת למילה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נרדפת למילה 'יפה'?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נרדפת למילה 'מהיר'?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נרדפת למילה 'חכם'?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נרדפת או הפך?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'גדול' ו'קטן' הן מילים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'שמח' ו'עליז' הן מילים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'יום' ו'לילה'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'מהר' ו'לאט' הן מילים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'חם' ו'קר'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משחק ההתאמה - מצאו את בן הזוג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נמוך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החדר היה חשוך לגמרי, אז הדלקנו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הכלב רץ __________ מאוד ועבר את כולם במרוץ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בבוקר יוצאת השמש וב__________ היא שוקעת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הדלת הייתה __________ אז לא יכולנו להיכנס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הגשם השמיים נהיו __________ ונקיים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זוגות של מילים נרדפות שלא הופיעו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זוגות של מילים הפכים שלא הופיעו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מילה אחת וכתבו לה גם נרדפת וגם הפך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נרדפת למילה 'קטן'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להפך של המילה 'יום'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מילה נרדפת למילה הפוכה?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